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A8EEC" w14:textId="77777777" w:rsidR="006C1826" w:rsidRDefault="000F4642">
      <w:pPr>
        <w:pStyle w:val="Titolo"/>
      </w:pPr>
      <w:r>
        <w:t>Cookie Policy – PatPat360</w:t>
      </w:r>
    </w:p>
    <w:p w14:paraId="7E29A8DB" w14:textId="77777777" w:rsidR="006C1826" w:rsidRDefault="000F4642">
      <w:r>
        <w:t>La presente Cookie Policy descrive l’uso dei cookie e di altri strumenti di tracciamento adottati dal sito www.patpat360.com in conformità al Regolamento (UE) 2016/679 (GDPR) e al Provvedimento del Garante per la protezione dei dati personali.</w:t>
      </w:r>
    </w:p>
    <w:p w14:paraId="1F3FD172" w14:textId="77777777" w:rsidR="006C1826" w:rsidRDefault="000F4642">
      <w:pPr>
        <w:pStyle w:val="Titolo1"/>
      </w:pPr>
      <w:r>
        <w:t>1. Cosa sono i cookie</w:t>
      </w:r>
    </w:p>
    <w:p w14:paraId="6E52CDDD" w14:textId="77777777" w:rsidR="006C1826" w:rsidRDefault="000F4642">
      <w:r>
        <w:t>I cookie sono piccoli file di testo che i siti web visitati inviano al browser dell’utente, dove vengono memorizzati per essere poi ritrasmessi agli stessi siti in occasione di visite successive. Servono a migliorare l’esperienza di navigazione e a consentire il corretto funzionamento di alcune sezioni del sito.</w:t>
      </w:r>
    </w:p>
    <w:p w14:paraId="79B0941D" w14:textId="77777777" w:rsidR="006C1826" w:rsidRDefault="000F4642">
      <w:pPr>
        <w:pStyle w:val="Titolo1"/>
      </w:pPr>
      <w:r>
        <w:t>2. Tipologie di cookie utilizzati</w:t>
      </w:r>
    </w:p>
    <w:p w14:paraId="062F0DE8" w14:textId="77777777" w:rsidR="006C1826" w:rsidRDefault="000F4642">
      <w:r>
        <w:t>Il sito PatPat360 utilizza le seguenti categorie di cookie:</w:t>
      </w:r>
      <w:r>
        <w:br/>
      </w:r>
      <w:r>
        <w:br/>
        <w:t>- **Cookie tecnici**: necessari al funzionamento del sito e alla fruizione dei suoi servizi. Non richiedono il consenso dell’utente.</w:t>
      </w:r>
      <w:r>
        <w:br/>
        <w:t>- **Cookie analitici**: utilizzati per raccogliere informazioni aggregate e anonime sulle modalità di utilizzo del sito (es. Google Analytics). Questi cookie sono utilizzati con strumenti di anonimizzazione parziale e richiedono il consenso dell’utente.</w:t>
      </w:r>
      <w:r>
        <w:br/>
        <w:t>- **Cookie di profilazione**: attualmente non utilizzati.</w:t>
      </w:r>
    </w:p>
    <w:p w14:paraId="56352A03" w14:textId="77777777" w:rsidR="006C1826" w:rsidRDefault="000F4642">
      <w:pPr>
        <w:pStyle w:val="Titolo1"/>
      </w:pPr>
      <w:r>
        <w:t>3. Gestione del consenso</w:t>
      </w:r>
    </w:p>
    <w:p w14:paraId="50999FC9" w14:textId="77777777" w:rsidR="006C1826" w:rsidRDefault="000F4642">
      <w:r>
        <w:t>Al primo accesso al sito viene mostrato un banner che consente all’utente di accettare o rifiutare l’uso dei cookie non tecnici. L’utente può in ogni momento modificare le proprie preferenze tramite il link “Impostazioni Cookie” presente nel footer del sito.</w:t>
      </w:r>
    </w:p>
    <w:p w14:paraId="3093D509" w14:textId="77777777" w:rsidR="006C1826" w:rsidRDefault="000F4642">
      <w:pPr>
        <w:pStyle w:val="Titolo1"/>
      </w:pPr>
      <w:r>
        <w:t>4. Come disabilitare i cookie dal browser</w:t>
      </w:r>
    </w:p>
    <w:p w14:paraId="32608D24" w14:textId="77777777" w:rsidR="006C1826" w:rsidRDefault="000F4642">
      <w:r>
        <w:t>Gli utenti possono configurare le impostazioni del proprio browser per accettare o rifiutare i cookie. La disabilitazione totale o parziale dei cookie tecnici può compromettere il funzionamento del sito. Per maggiori informazioni, consultare le guide specifiche dei browser (Chrome, Firefox, Edge, Safari).</w:t>
      </w:r>
    </w:p>
    <w:p w14:paraId="3D1373DF" w14:textId="77777777" w:rsidR="006C1826" w:rsidRDefault="000F4642">
      <w:pPr>
        <w:pStyle w:val="Titolo1"/>
      </w:pPr>
      <w:r>
        <w:t>5. Cookie di terze parti</w:t>
      </w:r>
    </w:p>
    <w:p w14:paraId="2E510B07" w14:textId="77777777" w:rsidR="006C1826" w:rsidRDefault="000F4642">
      <w:r>
        <w:t>Alcuni servizi di terze parti (es. Google Analytics) possono installare cookie per il loro funzionamento. Per ulteriori informazioni, si rinvia alle privacy policy dei rispettivi fornitori.</w:t>
      </w:r>
    </w:p>
    <w:p w14:paraId="7620DD49" w14:textId="77777777" w:rsidR="006C1826" w:rsidRDefault="000F4642">
      <w:pPr>
        <w:pStyle w:val="Titolo1"/>
      </w:pPr>
      <w:r>
        <w:t>6. Aggiornamenti della Cookie Policy</w:t>
      </w:r>
    </w:p>
    <w:p w14:paraId="65D6403D" w14:textId="77777777" w:rsidR="006C1826" w:rsidRDefault="000F4642">
      <w:r>
        <w:t>La presente Cookie Policy può essere aggiornata nel tempo. Le modifiche rilevanti saranno comunicate tramite avviso sul sito.</w:t>
      </w:r>
    </w:p>
    <w:sectPr w:rsidR="006C182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4683043">
    <w:abstractNumId w:val="8"/>
  </w:num>
  <w:num w:numId="2" w16cid:durableId="503933657">
    <w:abstractNumId w:val="6"/>
  </w:num>
  <w:num w:numId="3" w16cid:durableId="451898916">
    <w:abstractNumId w:val="5"/>
  </w:num>
  <w:num w:numId="4" w16cid:durableId="836192218">
    <w:abstractNumId w:val="4"/>
  </w:num>
  <w:num w:numId="5" w16cid:durableId="172961666">
    <w:abstractNumId w:val="7"/>
  </w:num>
  <w:num w:numId="6" w16cid:durableId="2072462103">
    <w:abstractNumId w:val="3"/>
  </w:num>
  <w:num w:numId="7" w16cid:durableId="333580292">
    <w:abstractNumId w:val="2"/>
  </w:num>
  <w:num w:numId="8" w16cid:durableId="1863590645">
    <w:abstractNumId w:val="1"/>
  </w:num>
  <w:num w:numId="9" w16cid:durableId="1574975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4642"/>
    <w:rsid w:val="0015074B"/>
    <w:rsid w:val="0029639D"/>
    <w:rsid w:val="002B2AED"/>
    <w:rsid w:val="00326F90"/>
    <w:rsid w:val="006C1826"/>
    <w:rsid w:val="0082339B"/>
    <w:rsid w:val="00AA1D8D"/>
    <w:rsid w:val="00B47730"/>
    <w:rsid w:val="00CB0664"/>
    <w:rsid w:val="00F82A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BC0ED6"/>
  <w14:defaultImageDpi w14:val="300"/>
  <w15:docId w15:val="{6E7A9806-DFDE-B74E-996D-2B6FC042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1843</Characters>
  <Application>Microsoft Office Word</Application>
  <DocSecurity>0</DocSecurity>
  <Lines>34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People Yield</dc:creator>
  <cp:keywords/>
  <dc:description/>
  <cp:lastModifiedBy>Fabio Fedel</cp:lastModifiedBy>
  <cp:revision>2</cp:revision>
  <dcterms:created xsi:type="dcterms:W3CDTF">2025-07-24T15:18:00Z</dcterms:created>
  <dcterms:modified xsi:type="dcterms:W3CDTF">2025-07-24T15:18:00Z</dcterms:modified>
  <cp:category/>
</cp:coreProperties>
</file>