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417171" w14:textId="77777777" w:rsidR="00C4110F" w:rsidRDefault="0031680D">
      <w:pPr>
        <w:pStyle w:val="Titolo"/>
      </w:pPr>
      <w:r>
        <w:t>Privacy Policy – PatPat360</w:t>
      </w:r>
    </w:p>
    <w:p w14:paraId="73A9AF4D" w14:textId="77777777" w:rsidR="00C4110F" w:rsidRDefault="0031680D">
      <w:r>
        <w:t>La presente informativa è resa ai sensi del Regolamento (UE) 2016/679 (GDPR) per descrivere le modalità di trattamento dei dati personali raccolti tramite il sito PatPat360 e la piattaforma correlata.</w:t>
      </w:r>
    </w:p>
    <w:p w14:paraId="4FB7001A" w14:textId="77777777" w:rsidR="00C4110F" w:rsidRDefault="0031680D">
      <w:pPr>
        <w:pStyle w:val="Titolo1"/>
      </w:pPr>
      <w:r>
        <w:t>1. Titolare del trattamento</w:t>
      </w:r>
    </w:p>
    <w:p w14:paraId="3A8BCB46" w14:textId="77777777" w:rsidR="00C4110F" w:rsidRDefault="0031680D">
      <w:r>
        <w:t>Il Titolare del trattamento è People Yield srl, con sede in Corso Europa 15, 20122 Milano (MI), Italia. Email: info@patpat360.com – PEC: py@pec.people-yield.com.</w:t>
      </w:r>
      <w:r>
        <w:br/>
        <w:t>Il Responsabile della Protezione dei Dati (DPO) è INTELLIGO S.R.L.S, nella persona di Alessandro Francesconi.</w:t>
      </w:r>
    </w:p>
    <w:p w14:paraId="20021080" w14:textId="77777777" w:rsidR="00C4110F" w:rsidRDefault="0031680D">
      <w:pPr>
        <w:pStyle w:val="Titolo1"/>
      </w:pPr>
      <w:r>
        <w:t>2. Categorie di dati trattati</w:t>
      </w:r>
    </w:p>
    <w:p w14:paraId="0A3FD0B3" w14:textId="77777777" w:rsidR="00C4110F" w:rsidRDefault="0031680D">
      <w:r>
        <w:t>I dati personali trattati comprendono: nome, cognome, email aziendale, numero di telefono, indirizzo e dati di navigazione (IP, log). I dati sono forniti dall’azienda cliente o inseriti direttamente dai dipendenti. Non vengono trattati dati particolari ai sensi dell’art. 9 del GDPR.</w:t>
      </w:r>
    </w:p>
    <w:p w14:paraId="4D362078" w14:textId="77777777" w:rsidR="00C4110F" w:rsidRDefault="0031680D">
      <w:pPr>
        <w:pStyle w:val="Titolo1"/>
      </w:pPr>
      <w:r>
        <w:t>3. Finalità e base giuridica del trattamento</w:t>
      </w:r>
    </w:p>
    <w:p w14:paraId="30887356" w14:textId="77777777" w:rsidR="00C4110F" w:rsidRDefault="0031680D">
      <w:r>
        <w:t>I dati personali sono trattati per le seguenti finalità:</w:t>
      </w:r>
      <w:r>
        <w:br/>
        <w:t>- Erogazione e gestione del servizio PatPat360 per le aziende clienti;</w:t>
      </w:r>
      <w:r>
        <w:br/>
        <w:t>- Gestione tecnica e amministrativa della piattaforma;</w:t>
      </w:r>
      <w:r>
        <w:br/>
        <w:t>- Sicurezza e monitoraggio del funzionamento dei sistemi.</w:t>
      </w:r>
      <w:r>
        <w:br/>
      </w:r>
      <w:r>
        <w:br/>
        <w:t>La base giuridica del trattamento è l’esecuzione del contratto stipulato tra People Yield srl e le aziende clienti (art. 6, par. 1, lett. b GDPR).</w:t>
      </w:r>
    </w:p>
    <w:p w14:paraId="7DBD789D" w14:textId="77777777" w:rsidR="00C4110F" w:rsidRDefault="0031680D">
      <w:pPr>
        <w:pStyle w:val="Titolo1"/>
      </w:pPr>
      <w:r>
        <w:t>4. Modalità del trattamento e conservazione</w:t>
      </w:r>
    </w:p>
    <w:p w14:paraId="68C91F16" w14:textId="77777777" w:rsidR="00C4110F" w:rsidRDefault="0031680D">
      <w:r>
        <w:t>I dati sono trattati con strumenti elettronici e conservati su server localizzati in Italia, gestiti da Seeweb Spa. I dati sono accessibili esclusivamente al personale autorizzato (es. team IT e amministrativo). I dati vengono conservati per tutta la durata del contratto e successivamente cancellati o anonimizzati entro i tempi tecnici di dismissione.</w:t>
      </w:r>
    </w:p>
    <w:p w14:paraId="06BA792B" w14:textId="77777777" w:rsidR="00C4110F" w:rsidRDefault="0031680D">
      <w:pPr>
        <w:pStyle w:val="Titolo1"/>
      </w:pPr>
      <w:r>
        <w:t>5. Comunicazione e trasferimento dei dati</w:t>
      </w:r>
    </w:p>
    <w:p w14:paraId="3AC728DC" w14:textId="77777777" w:rsidR="00C4110F" w:rsidRDefault="0031680D">
      <w:r>
        <w:t>I dati personali non sono ceduti a terzi né trasferiti fuori dall’Unione Europea. Non sono previsti ulteriori destinatari diversi dal Titolare e dai suoi fornitori di servizi strettamente necessari (es. provider hosting).</w:t>
      </w:r>
    </w:p>
    <w:p w14:paraId="05774948" w14:textId="77777777" w:rsidR="00C4110F" w:rsidRDefault="0031680D">
      <w:pPr>
        <w:pStyle w:val="Titolo1"/>
      </w:pPr>
      <w:r>
        <w:t>6. Diritti degli interessati</w:t>
      </w:r>
    </w:p>
    <w:p w14:paraId="4C42FBF7" w14:textId="77777777" w:rsidR="00C4110F" w:rsidRDefault="0031680D">
      <w:r>
        <w:t>Gli utenti possono esercitare i propri diritti previsti dagli artt. 15-22 del GDPR, tra cui: accesso, rettifica, cancellazione, limitazione, portabilità e opposizione. Le richieste possono essere inviate a info@patpat360.com. Gli utenti hanno inoltre il diritto di proporre reclamo al Garante per la protezione dei dati personali.</w:t>
      </w:r>
    </w:p>
    <w:p w14:paraId="40C8FE09" w14:textId="77777777" w:rsidR="00C4110F" w:rsidRDefault="0031680D">
      <w:pPr>
        <w:pStyle w:val="Titolo1"/>
      </w:pPr>
      <w:r>
        <w:t>7. Cookie e strumenti di tracciamento</w:t>
      </w:r>
    </w:p>
    <w:p w14:paraId="79C667CC" w14:textId="77777777" w:rsidR="00C4110F" w:rsidRDefault="0031680D">
      <w:r>
        <w:t>Il sito utilizza cookie tecnici per il corretto funzionamento della piattaforma e cookie analitici (es. Google Analytics) in forma aggregata. Non sono utilizzati cookie di profilazione. È presente un banner per la gestione del consenso con possibilità di opt-in e opt-out.</w:t>
      </w:r>
    </w:p>
    <w:p w14:paraId="4B88F6B8" w14:textId="77777777" w:rsidR="00C4110F" w:rsidRDefault="0031680D">
      <w:pPr>
        <w:pStyle w:val="Titolo1"/>
      </w:pPr>
      <w:r>
        <w:t>8. Misure di sicurezza</w:t>
      </w:r>
    </w:p>
    <w:p w14:paraId="606DC330" w14:textId="77777777" w:rsidR="00C4110F" w:rsidRDefault="0031680D">
      <w:r>
        <w:t>Il Titolare adotta misure tecniche e organizzative adeguate a garantire la sicurezza e la riservatezza dei dati personali, prevenendo accessi non autorizzati, perdita o uso illecito.</w:t>
      </w:r>
    </w:p>
    <w:p w14:paraId="6DE5FA2D" w14:textId="77777777" w:rsidR="00C4110F" w:rsidRDefault="0031680D">
      <w:r>
        <w:t>Questa informativa potrà essere soggetta ad aggiornamenti. Gli utenti saranno informati delle modifiche rilevanti mediante avvisi pubblicati sul sito.</w:t>
      </w:r>
    </w:p>
    <w:sectPr w:rsidR="00C4110F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Numeroelenco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Numeroelenco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Puntoelenco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Puntoelenco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Puntoelenco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984692904">
    <w:abstractNumId w:val="8"/>
  </w:num>
  <w:num w:numId="2" w16cid:durableId="2074887717">
    <w:abstractNumId w:val="6"/>
  </w:num>
  <w:num w:numId="3" w16cid:durableId="436025676">
    <w:abstractNumId w:val="5"/>
  </w:num>
  <w:num w:numId="4" w16cid:durableId="1207376760">
    <w:abstractNumId w:val="4"/>
  </w:num>
  <w:num w:numId="5" w16cid:durableId="805776493">
    <w:abstractNumId w:val="7"/>
  </w:num>
  <w:num w:numId="6" w16cid:durableId="388385542">
    <w:abstractNumId w:val="3"/>
  </w:num>
  <w:num w:numId="7" w16cid:durableId="1382747142">
    <w:abstractNumId w:val="2"/>
  </w:num>
  <w:num w:numId="8" w16cid:durableId="118384057">
    <w:abstractNumId w:val="1"/>
  </w:num>
  <w:num w:numId="9" w16cid:durableId="28253845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60"/>
  <w:proofState w:spelling="clean" w:grammar="clean"/>
  <w:defaultTabStop w:val="720"/>
  <w:hyphenationZone w:val="283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53042"/>
    <w:rsid w:val="0006063C"/>
    <w:rsid w:val="0015074B"/>
    <w:rsid w:val="0029639D"/>
    <w:rsid w:val="0031680D"/>
    <w:rsid w:val="00326F90"/>
    <w:rsid w:val="00934101"/>
    <w:rsid w:val="00AA1D8D"/>
    <w:rsid w:val="00B47730"/>
    <w:rsid w:val="00C4110F"/>
    <w:rsid w:val="00CB0664"/>
    <w:rsid w:val="00F82A4A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C1F6444"/>
  <w14:defaultImageDpi w14:val="300"/>
  <w15:docId w15:val="{6E7A9806-DFDE-B74E-996D-2B6FC0420E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FC693F"/>
  </w:style>
  <w:style w:type="paragraph" w:styleId="Titolo1">
    <w:name w:val="heading 1"/>
    <w:basedOn w:val="Normale"/>
    <w:next w:val="Normale"/>
    <w:link w:val="Titolo1Carattere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618BF"/>
  </w:style>
  <w:style w:type="paragraph" w:styleId="Pidipagina">
    <w:name w:val="footer"/>
    <w:basedOn w:val="Normale"/>
    <w:link w:val="PidipaginaCarattere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618BF"/>
  </w:style>
  <w:style w:type="paragraph" w:styleId="Nessunaspaziatura">
    <w:name w:val="No Spacing"/>
    <w:uiPriority w:val="1"/>
    <w:qFormat/>
    <w:rsid w:val="00FC693F"/>
    <w:pPr>
      <w:spacing w:after="0" w:line="240" w:lineRule="auto"/>
    </w:pPr>
  </w:style>
  <w:style w:type="character" w:customStyle="1" w:styleId="Titolo1Carattere">
    <w:name w:val="Titolo 1 Carattere"/>
    <w:basedOn w:val="Carpredefinitoparagrafo"/>
    <w:link w:val="Titolo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Titolo2Carattere">
    <w:name w:val="Titolo 2 Carattere"/>
    <w:basedOn w:val="Carpredefinitoparagrafo"/>
    <w:link w:val="Titolo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Titolo3Carattere">
    <w:name w:val="Titolo 3 Carattere"/>
    <w:basedOn w:val="Carpredefinitoparagrafo"/>
    <w:link w:val="Titolo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olo">
    <w:name w:val="Title"/>
    <w:basedOn w:val="Normale"/>
    <w:next w:val="Normale"/>
    <w:link w:val="TitoloCarattere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oloCarattere">
    <w:name w:val="Titolo Carattere"/>
    <w:basedOn w:val="Carpredefinitoparagrafo"/>
    <w:link w:val="Titolo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Paragrafoelenco">
    <w:name w:val="List Paragraph"/>
    <w:basedOn w:val="Normale"/>
    <w:uiPriority w:val="34"/>
    <w:qFormat/>
    <w:rsid w:val="00FC693F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99"/>
    <w:unhideWhenUsed/>
    <w:rsid w:val="00AA1D8D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uiPriority w:val="99"/>
    <w:rsid w:val="00AA1D8D"/>
  </w:style>
  <w:style w:type="paragraph" w:styleId="Corpodeltesto2">
    <w:name w:val="Body Text 2"/>
    <w:basedOn w:val="Normale"/>
    <w:link w:val="Corpodeltesto2Carattere"/>
    <w:uiPriority w:val="99"/>
    <w:unhideWhenUsed/>
    <w:rsid w:val="00AA1D8D"/>
    <w:pPr>
      <w:spacing w:after="120" w:line="480" w:lineRule="auto"/>
    </w:pPr>
  </w:style>
  <w:style w:type="character" w:customStyle="1" w:styleId="Corpodeltesto2Carattere">
    <w:name w:val="Corpo del testo 2 Carattere"/>
    <w:basedOn w:val="Carpredefinitoparagrafo"/>
    <w:link w:val="Corpodeltesto2"/>
    <w:uiPriority w:val="99"/>
    <w:rsid w:val="00AA1D8D"/>
  </w:style>
  <w:style w:type="paragraph" w:styleId="Corpodeltesto3">
    <w:name w:val="Body Text 3"/>
    <w:basedOn w:val="Normale"/>
    <w:link w:val="Corpodeltesto3Carattere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uiPriority w:val="99"/>
    <w:rsid w:val="00AA1D8D"/>
    <w:rPr>
      <w:sz w:val="16"/>
      <w:szCs w:val="16"/>
    </w:rPr>
  </w:style>
  <w:style w:type="paragraph" w:styleId="Elenco">
    <w:name w:val="List"/>
    <w:basedOn w:val="Normale"/>
    <w:uiPriority w:val="99"/>
    <w:unhideWhenUsed/>
    <w:rsid w:val="00AA1D8D"/>
    <w:pPr>
      <w:ind w:left="360" w:hanging="360"/>
      <w:contextualSpacing/>
    </w:pPr>
  </w:style>
  <w:style w:type="paragraph" w:styleId="Elenco2">
    <w:name w:val="List 2"/>
    <w:basedOn w:val="Normale"/>
    <w:uiPriority w:val="99"/>
    <w:unhideWhenUsed/>
    <w:rsid w:val="00326F90"/>
    <w:pPr>
      <w:ind w:left="720" w:hanging="360"/>
      <w:contextualSpacing/>
    </w:pPr>
  </w:style>
  <w:style w:type="paragraph" w:styleId="Elenco3">
    <w:name w:val="List 3"/>
    <w:basedOn w:val="Normale"/>
    <w:uiPriority w:val="99"/>
    <w:unhideWhenUsed/>
    <w:rsid w:val="00326F90"/>
    <w:pPr>
      <w:ind w:left="1080" w:hanging="360"/>
      <w:contextualSpacing/>
    </w:pPr>
  </w:style>
  <w:style w:type="paragraph" w:styleId="Puntoelenco">
    <w:name w:val="List Bullet"/>
    <w:basedOn w:val="Normale"/>
    <w:uiPriority w:val="99"/>
    <w:unhideWhenUsed/>
    <w:rsid w:val="00326F90"/>
    <w:pPr>
      <w:numPr>
        <w:numId w:val="1"/>
      </w:numPr>
      <w:contextualSpacing/>
    </w:pPr>
  </w:style>
  <w:style w:type="paragraph" w:styleId="Puntoelenco2">
    <w:name w:val="List Bullet 2"/>
    <w:basedOn w:val="Normale"/>
    <w:uiPriority w:val="99"/>
    <w:unhideWhenUsed/>
    <w:rsid w:val="00326F90"/>
    <w:pPr>
      <w:numPr>
        <w:numId w:val="2"/>
      </w:numPr>
      <w:contextualSpacing/>
    </w:pPr>
  </w:style>
  <w:style w:type="paragraph" w:styleId="Puntoelenco3">
    <w:name w:val="List Bullet 3"/>
    <w:basedOn w:val="Normale"/>
    <w:uiPriority w:val="99"/>
    <w:unhideWhenUsed/>
    <w:rsid w:val="00326F90"/>
    <w:pPr>
      <w:numPr>
        <w:numId w:val="3"/>
      </w:numPr>
      <w:contextualSpacing/>
    </w:pPr>
  </w:style>
  <w:style w:type="paragraph" w:styleId="Numeroelenco">
    <w:name w:val="List Number"/>
    <w:basedOn w:val="Normale"/>
    <w:uiPriority w:val="99"/>
    <w:unhideWhenUsed/>
    <w:rsid w:val="00326F90"/>
    <w:pPr>
      <w:numPr>
        <w:numId w:val="5"/>
      </w:numPr>
      <w:contextualSpacing/>
    </w:pPr>
  </w:style>
  <w:style w:type="paragraph" w:styleId="Numeroelenco2">
    <w:name w:val="List Number 2"/>
    <w:basedOn w:val="Normale"/>
    <w:uiPriority w:val="99"/>
    <w:unhideWhenUsed/>
    <w:rsid w:val="0029639D"/>
    <w:pPr>
      <w:numPr>
        <w:numId w:val="6"/>
      </w:numPr>
      <w:contextualSpacing/>
    </w:pPr>
  </w:style>
  <w:style w:type="paragraph" w:styleId="Numeroelenco3">
    <w:name w:val="List Number 3"/>
    <w:basedOn w:val="Normale"/>
    <w:uiPriority w:val="99"/>
    <w:unhideWhenUsed/>
    <w:rsid w:val="0029639D"/>
    <w:pPr>
      <w:numPr>
        <w:numId w:val="7"/>
      </w:numPr>
      <w:contextualSpacing/>
    </w:pPr>
  </w:style>
  <w:style w:type="paragraph" w:styleId="Elencocontinua">
    <w:name w:val="List Continue"/>
    <w:basedOn w:val="Normale"/>
    <w:uiPriority w:val="99"/>
    <w:unhideWhenUsed/>
    <w:rsid w:val="0029639D"/>
    <w:pPr>
      <w:spacing w:after="120"/>
      <w:ind w:left="360"/>
      <w:contextualSpacing/>
    </w:pPr>
  </w:style>
  <w:style w:type="paragraph" w:styleId="Elencocontinua2">
    <w:name w:val="List Continue 2"/>
    <w:basedOn w:val="Normale"/>
    <w:uiPriority w:val="99"/>
    <w:unhideWhenUsed/>
    <w:rsid w:val="0029639D"/>
    <w:pPr>
      <w:spacing w:after="120"/>
      <w:ind w:left="720"/>
      <w:contextualSpacing/>
    </w:pPr>
  </w:style>
  <w:style w:type="paragraph" w:styleId="Elencocontinua3">
    <w:name w:val="List Continue 3"/>
    <w:basedOn w:val="Normale"/>
    <w:uiPriority w:val="99"/>
    <w:unhideWhenUsed/>
    <w:rsid w:val="0029639D"/>
    <w:pPr>
      <w:spacing w:after="120"/>
      <w:ind w:left="1080"/>
      <w:contextualSpacing/>
    </w:pPr>
  </w:style>
  <w:style w:type="paragraph" w:styleId="Testomacro">
    <w:name w:val="macro"/>
    <w:link w:val="TestomacroCarattere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TestomacroCarattere">
    <w:name w:val="Testo macro Carattere"/>
    <w:basedOn w:val="Carpredefinitoparagrafo"/>
    <w:link w:val="Testomacro"/>
    <w:uiPriority w:val="99"/>
    <w:rsid w:val="0029639D"/>
    <w:rPr>
      <w:rFonts w:ascii="Courier" w:hAnsi="Courier"/>
      <w:sz w:val="20"/>
      <w:szCs w:val="20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FC693F"/>
    <w:rPr>
      <w:i/>
      <w:iCs/>
      <w:color w:val="000000" w:themeColor="text1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FC693F"/>
    <w:rPr>
      <w:i/>
      <w:iCs/>
      <w:color w:val="000000" w:themeColor="text1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Didascalia">
    <w:name w:val="caption"/>
    <w:basedOn w:val="Normale"/>
    <w:next w:val="Normale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Enfasigrassetto">
    <w:name w:val="Strong"/>
    <w:basedOn w:val="Carpredefinitoparagrafo"/>
    <w:uiPriority w:val="22"/>
    <w:qFormat/>
    <w:rsid w:val="00FC693F"/>
    <w:rPr>
      <w:b/>
      <w:bCs/>
    </w:rPr>
  </w:style>
  <w:style w:type="character" w:styleId="Enfasicorsivo">
    <w:name w:val="Emphasis"/>
    <w:basedOn w:val="Carpredefinitoparagrafo"/>
    <w:uiPriority w:val="20"/>
    <w:qFormat/>
    <w:rsid w:val="00FC693F"/>
    <w:rPr>
      <w:i/>
      <w:iCs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FC693F"/>
    <w:rPr>
      <w:b/>
      <w:bCs/>
      <w:i/>
      <w:iCs/>
      <w:color w:val="4F81BD" w:themeColor="accent1"/>
    </w:rPr>
  </w:style>
  <w:style w:type="character" w:styleId="Enfasidelicata">
    <w:name w:val="Subtle Emphasis"/>
    <w:basedOn w:val="Carpredefinitoparagrafo"/>
    <w:uiPriority w:val="19"/>
    <w:qFormat/>
    <w:rsid w:val="00FC693F"/>
    <w:rPr>
      <w:i/>
      <w:iCs/>
      <w:color w:val="808080" w:themeColor="text1" w:themeTint="7F"/>
    </w:rPr>
  </w:style>
  <w:style w:type="character" w:styleId="Enfasiintensa">
    <w:name w:val="Intense Emphasis"/>
    <w:basedOn w:val="Carpredefinitoparagrafo"/>
    <w:uiPriority w:val="21"/>
    <w:qFormat/>
    <w:rsid w:val="00FC693F"/>
    <w:rPr>
      <w:b/>
      <w:bCs/>
      <w:i/>
      <w:iCs/>
      <w:color w:val="4F81BD" w:themeColor="accent1"/>
    </w:rPr>
  </w:style>
  <w:style w:type="character" w:styleId="Riferimentodelicato">
    <w:name w:val="Subtle Reference"/>
    <w:basedOn w:val="Carpredefinitoparagrafo"/>
    <w:uiPriority w:val="31"/>
    <w:qFormat/>
    <w:rsid w:val="00FC693F"/>
    <w:rPr>
      <w:smallCaps/>
      <w:color w:val="C0504D" w:themeColor="accent2"/>
      <w:u w:val="single"/>
    </w:rPr>
  </w:style>
  <w:style w:type="character" w:styleId="Riferimentointenso">
    <w:name w:val="Intense Reference"/>
    <w:basedOn w:val="Carpredefinitoparagrafo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Titolodellibro">
    <w:name w:val="Book Title"/>
    <w:basedOn w:val="Carpredefinitoparagrafo"/>
    <w:uiPriority w:val="33"/>
    <w:qFormat/>
    <w:rsid w:val="00FC693F"/>
    <w:rPr>
      <w:b/>
      <w:bCs/>
      <w:smallCaps/>
      <w:spacing w:val="5"/>
    </w:rPr>
  </w:style>
  <w:style w:type="paragraph" w:styleId="Titolosommario">
    <w:name w:val="TOC Heading"/>
    <w:basedOn w:val="Titolo1"/>
    <w:next w:val="Normale"/>
    <w:uiPriority w:val="39"/>
    <w:semiHidden/>
    <w:unhideWhenUsed/>
    <w:qFormat/>
    <w:rsid w:val="00FC693F"/>
    <w:pPr>
      <w:outlineLvl w:val="9"/>
    </w:pPr>
  </w:style>
  <w:style w:type="table" w:styleId="Grigliatabella">
    <w:name w:val="Table Grid"/>
    <w:basedOn w:val="Tabellanorma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fondochiaro">
    <w:name w:val="Light Shading"/>
    <w:basedOn w:val="Tabellanorma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Sfondochiaro-Colore1">
    <w:name w:val="Light Shading Accent 1"/>
    <w:basedOn w:val="Tabellanorma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fondochiaro-Colore2">
    <w:name w:val="Light Shading Accent 2"/>
    <w:basedOn w:val="Tabellanorma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Sfondochiaro-Colore3">
    <w:name w:val="Light Shading Accent 3"/>
    <w:basedOn w:val="Tabellanorma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Sfondochiaro-Colore4">
    <w:name w:val="Light Shading Accent 4"/>
    <w:basedOn w:val="Tabellanorma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Sfondochiaro-Colore5">
    <w:name w:val="Light Shading Accent 5"/>
    <w:basedOn w:val="Tabellanorma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Sfondochiaro-Colore6">
    <w:name w:val="Light Shading Accent 6"/>
    <w:basedOn w:val="Tabellanorma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Elencochiaro">
    <w:name w:val="Light List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Elencochiaro-Colore1">
    <w:name w:val="Light List Accent 1"/>
    <w:basedOn w:val="Tabellanorma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Elencochiaro-Colore2">
    <w:name w:val="Light List Accent 2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Elencochiaro-Colore3">
    <w:name w:val="Light List Accent 3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Elencochiaro-Colore4">
    <w:name w:val="Light List Accent 4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Elencochiaro-Colore5">
    <w:name w:val="Light List Accent 5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Elencochiaro-Colore6">
    <w:name w:val="Light List Accent 6"/>
    <w:basedOn w:val="Tabellanorma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Grigliachiara">
    <w:name w:val="Light Grid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Grigliachiara-Colore1">
    <w:name w:val="Light Grid Accent 1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Grigliachiara-Colore2">
    <w:name w:val="Light Grid Accent 2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Grigliachiara-Colore3">
    <w:name w:val="Light Grid Accent 3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Grigliachiara-Colore4">
    <w:name w:val="Light Grid Accent 4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Grigliachiara-Colore5">
    <w:name w:val="Light Grid Accent 5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Grigliachiara-Colore6">
    <w:name w:val="Light Grid Accent 6"/>
    <w:basedOn w:val="Tabellanorma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Sfondomedio1">
    <w:name w:val="Medium Shading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1">
    <w:name w:val="Medium Shading 1 Accent 1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2">
    <w:name w:val="Medium Shading 1 Accent 2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3">
    <w:name w:val="Medium Shading 1 Accent 3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4">
    <w:name w:val="Medium Shading 1 Accent 4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5">
    <w:name w:val="Medium Shading 1 Accent 5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1-Colore6">
    <w:name w:val="Medium Shading 1 Accent 6"/>
    <w:basedOn w:val="Tabellanorma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Sfondomedio2">
    <w:name w:val="Medium Shading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1">
    <w:name w:val="Medium Shading 2 Accent 1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2">
    <w:name w:val="Medium Shading 2 Accent 2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3">
    <w:name w:val="Medium Shading 2 Accent 3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4">
    <w:name w:val="Medium Shading 2 Accent 4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5">
    <w:name w:val="Medium Shading 2 Accent 5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Sfondomedio2-Colore6">
    <w:name w:val="Medium Shading 2 Accent 6"/>
    <w:basedOn w:val="Tabellanorma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Elencomedio1">
    <w:name w:val="Medium Lis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Elencomedio1-Colore1">
    <w:name w:val="Medium List 1 Accent 1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Elencomedio1-Colore2">
    <w:name w:val="Medium List 1 Accent 2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Elencomedio1-Colore3">
    <w:name w:val="Medium List 1 Accent 3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Elencomedio1-Colore4">
    <w:name w:val="Medium List 1 Accent 4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Elencomedio1-Colore5">
    <w:name w:val="Medium List 1 Accent 5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Elencomedio1-Colore6">
    <w:name w:val="Medium List 1 Accent 6"/>
    <w:basedOn w:val="Tabellanorma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Elencomedio2">
    <w:name w:val="Medium Lis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2">
    <w:name w:val="Medium List 2 Accent 2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3">
    <w:name w:val="Medium List 2 Accent 3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4">
    <w:name w:val="Medium List 2 Accent 4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5">
    <w:name w:val="Medium List 2 Accent 5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Elencomedio2-Colore6">
    <w:name w:val="Medium List 2 Accent 6"/>
    <w:basedOn w:val="Tabellanorma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Grigliamedia1">
    <w:name w:val="Medium Grid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media1-Colore1">
    <w:name w:val="Medium Grid 1 Accent 1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media1-Colore2">
    <w:name w:val="Medium Grid 1 Accent 2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media1-Colore3">
    <w:name w:val="Medium Grid 1 Accent 3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media1-Colore4">
    <w:name w:val="Medium Grid 1 Accent 4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media1-Colore5">
    <w:name w:val="Medium Grid 1 Accent 5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media1-Colore6">
    <w:name w:val="Medium Grid 1 Accent 6"/>
    <w:basedOn w:val="Tabellanorma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Grigliamedia2">
    <w:name w:val="Medium Grid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1">
    <w:name w:val="Medium Grid 2 Accent 1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2">
    <w:name w:val="Medium Grid 2 Accent 2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3">
    <w:name w:val="Medium Grid 2 Accent 3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4">
    <w:name w:val="Medium Grid 2 Accent 4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5">
    <w:name w:val="Medium Grid 2 Accent 5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3">
    <w:name w:val="Medium Grid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Grigliamedia3-Colore1">
    <w:name w:val="Medium Grid 3 Accent 1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Grigliamedia3-Colore2">
    <w:name w:val="Medium Grid 3 Accent 2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Grigliamedia3-Colore3">
    <w:name w:val="Medium Grid 3 Accent 3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Grigliamedia3-Colore4">
    <w:name w:val="Medium Grid 3 Accent 4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Grigliamedia3-Colore5">
    <w:name w:val="Medium Grid 3 Accent 5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Grigliamedia3-Colore6">
    <w:name w:val="Medium Grid 3 Accent 6"/>
    <w:basedOn w:val="Tabellanorma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Elencoscuro">
    <w:name w:val="Dark List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Elencoscuro-Colore1">
    <w:name w:val="Dark List Accent 1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Elencoscuro-Colore2">
    <w:name w:val="Dark List Accent 2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Elencoscuro-Colore3">
    <w:name w:val="Dark List Accent 3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Elencoscuro-Colore4">
    <w:name w:val="Dark List Accent 4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Elencoscuro-Colore5">
    <w:name w:val="Dark List Accent 5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Elencoscuro-Colore6">
    <w:name w:val="Dark List Accent 6"/>
    <w:basedOn w:val="Tabellanorma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fondoacolori">
    <w:name w:val="Colorful Shading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1">
    <w:name w:val="Colorful Shading Accent 1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2">
    <w:name w:val="Colorful Shading Accent 2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3">
    <w:name w:val="Colorful Shading Accent 3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fondoacolori-Colore4">
    <w:name w:val="Colorful Shading Accent 4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5">
    <w:name w:val="Colorful Shading Accent 5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fondoacolori-Colore6">
    <w:name w:val="Colorful Shading Accent 6"/>
    <w:basedOn w:val="Tabellanorma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Elencoacolori">
    <w:name w:val="Colorful List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Elencoacolori-Colore1">
    <w:name w:val="Colorful List Accent 1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Elencoacolori-Colore2">
    <w:name w:val="Colorful List Accent 2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Elencoacolori-Colore3">
    <w:name w:val="Colorful List Accent 3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Elencoacolori-Colore4">
    <w:name w:val="Colorful List Accent 4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Elencoacolori-Colore5">
    <w:name w:val="Colorful List Accent 5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Elencoacolori-Colore6">
    <w:name w:val="Colorful List Accent 6"/>
    <w:basedOn w:val="Tabellanorma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gliaacolori">
    <w:name w:val="Colorful Grid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Grigliaacolori-Colore1">
    <w:name w:val="Colorful Grid Accent 1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Grigliaacolori-Colore2">
    <w:name w:val="Colorful Grid Accent 2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Grigliaacolori-Colore3">
    <w:name w:val="Colorful Grid Accent 3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Grigliaacolori-Colore4">
    <w:name w:val="Colorful Grid Accent 4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Grigliaacolori-Colore5">
    <w:name w:val="Colorful Grid Accent 5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Grigliaacolori-Colore6">
    <w:name w:val="Colorful Grid Accent 6"/>
    <w:basedOn w:val="Tabellanorma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429</Words>
  <Characters>2534</Characters>
  <Application>Microsoft Office Word</Application>
  <DocSecurity>0</DocSecurity>
  <Lines>45</Lines>
  <Paragraphs>19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2947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People Yield</dc:creator>
  <cp:keywords/>
  <dc:description/>
  <cp:lastModifiedBy>Fabio Fedel</cp:lastModifiedBy>
  <cp:revision>2</cp:revision>
  <dcterms:created xsi:type="dcterms:W3CDTF">2025-07-24T15:16:00Z</dcterms:created>
  <dcterms:modified xsi:type="dcterms:W3CDTF">2025-07-24T15:16:00Z</dcterms:modified>
  <cp:category/>
</cp:coreProperties>
</file>